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גוף במשפט ולהתאים אותם לגוף, למין ולמספר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כינויי גוף חבורים (כמו ספרי, לנו, אותם) ולהבדיל אותם משמות גוף נפרדים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בשמות גוף במקום חזרה מיותרת על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שמות גוף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ספרי על השולחן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אנחנו מתאר קבוצה שכוללת את המדבר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הוא גוף שלישי רבים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במילה ספרי - הספר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את מתאימה לנקבה יחיד, ואתה לזכר יחיד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כינויי גוף חבורים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שם גוף לסוג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(גוף שני רבים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(גוף שלישי רבים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(גוף שני יחיד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(גוף ראשון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שמות הגוף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אתה /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/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אתם / אתן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הם / 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גוף הוא מילה נפרדת כמו הוא, היא. כינוי גוף חבור נדבק כסיומת למילה, כמו ספרי או לנו.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שנבחרו שמות מתאימים לכל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שכינוי חבור נדבק למילה כסיומת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סיומת כמו לי, לנו,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מהלוח - להחליף שמות של תלמידים בשמות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כדי לחזק את ההיכרות עם הצלילים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המתקדם אפשר להוסיף זיהוי כינויי גוף חבורים בטקסט קצר מהספר הנלמד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שמות גוף הם מילים שמחליפות שם של אדם או דבר, כדי לא לחזור עליו שוב ושוב. לפעמים הגוף נדבק כסיומת למילה אחרת, ואז הוא נקרא כינוי גוף חבור.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שמות גוף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דני הלך לבית הספר. ___ למד שם.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רותי ודנה שיחקו בחצר. ___ צחקו הרבה.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שם גוף מתאים לגוף ראשון 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שם גוף הוא גוף שני רבים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משפט מופיע כינוי גוף חבור?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קרא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הולך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ראו סרט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'אנחנו' היא גוף ראשון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'הם' מתארת גוף 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בכינוי גוף חבור, הגוף נדבק כסיומת למילה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'את' מתאימה גם לזכר וגם לנקבה.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כינויי גוף חבורים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זה __________ (הספר שלי).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תנו __________ (ל + אנחנו) את הכדור.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ראינו __________ (את הם)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זה __________ (הבית שלהם).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שם גוף לסוג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שני רבים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שני יחיד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ראשון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שלישי רבים 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שמות הגוף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/ היא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אתם / אתן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/ הן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אתה / 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במילים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שם גוף לכינוי גוף חבור, ותנו דוגמה אחת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גוף אחד לכל אחד מהגופים: ראשון, שני, שלישי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גוף לכינוי גוף חבור?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כינוי גוף חבור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