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גוף במשפט ולהתאים אותם לגוף, למין ולמספר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כינויי גוף חבורים (כמו ספרי, לנו, אותם) ולהבדיל אותם משמות גוף נפרדים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בשמות גוף במקום חזרה מיותרת על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שמות גוף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ספרי על השולחן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אנחנו מתאר קבוצה שכוללת את המדבר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הוא גוף שלישי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במילה ספרי - הספר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את מתאימה לנקבה יחיד, ואתה לזכר 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כינויי גוף חבורים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שם גוף לסוג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(גוף שני רבים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שלישי רבים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(גוף שני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שמות הגוף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 /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אתם / אתן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הם /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גוף הוא מילה נפרדת כמו הוא, היא. כינוי גוף חבור נדבק כסיומת למילה, כמו ספרי או לנו.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שנבחרו שמות מתאימים לכל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שכינוי חבור נדבק למילה כסיומת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סיומת כמו לי, לנו,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מהלוח - להחליף שמות של תלמידים בשמות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כדי לחזק את ההיכרות עם הצלילים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המתקדם אפשר להוסיף זיהוי כינויי גוף חבורים בטקסט קצר מהספר הנלמד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שמות גוף הם מילים קטנות שמחליפות שם של אדם. לדוגמה, במקום לומר 'דני' כל פעם, אפשר לומר 'הוא'. לפעמים הגוף נדבק למילה, כמו במילה 'ספרי'.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 או דבר, כמו הוא, היא,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המדבר עצמו -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אליו - אתה, את, אתם, אתן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עליו - הוא, היא, הם, 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 אדם אחד או 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 יותר מאדם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 חבור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שנדבקת למילה במקום שם גוף נפרד, כמו בספרי או בלנו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שמות גוף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במקום 'דני' משתמשים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במקום 'רותי ודנה' משתמשים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מדבר על עצמו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פונים לקבוצת בנים -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משפט הגוף נדבק למילה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קרא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הולך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ראו סרט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'אנחנו' היא גוף ראשון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'הם' מתארת גוף 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בכינוי גוף חבור, הגוף נדבק כסיומת למילה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'את' מתאימה גם לזכר וגם לנקבה.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כינויי גוף חבורים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זה __________ (הספר שלי).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 __________ (ל + אנחנו) את הכדור.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ראינו __________ (את הם)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זה __________ (הבית שלהם).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שם גוף לסוג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שלישי רבים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שני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שני רבים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ראשון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שמות הגוף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/ היא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/ 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אתם / אתן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אתה / 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שם גוף לכינוי גוף חבור, ותנו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גוף אחד לכל אחד מהגופים: ראשון, שני, שלישי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גוף לכינוי גוף חבור?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כינוי גוף חבור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